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45A2" w14:textId="77777777" w:rsidR="00292477" w:rsidRDefault="00292477" w:rsidP="00292477">
      <w:pPr>
        <w:spacing w:line="240" w:lineRule="auto"/>
        <w:jc w:val="center"/>
        <w:rPr>
          <w:rFonts w:eastAsia="Arial" w:cs="Arial"/>
          <w:color w:val="1F2937"/>
        </w:rPr>
      </w:pPr>
    </w:p>
    <w:p w14:paraId="435473A6" w14:textId="625A2290" w:rsidR="00292477" w:rsidRPr="00292477" w:rsidRDefault="00292477" w:rsidP="00292477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color w:val="1F2937"/>
          <w:sz w:val="16"/>
          <w:szCs w:val="16"/>
        </w:rPr>
        <w:drawing>
          <wp:inline distT="0" distB="0" distL="0" distR="0" wp14:anchorId="26B33066" wp14:editId="71BDF274">
            <wp:extent cx="1511348" cy="1000368"/>
            <wp:effectExtent l="0" t="0" r="0" b="9525"/>
            <wp:docPr id="540763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418" cy="100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477">
        <w:rPr>
          <w:rFonts w:eastAsia="Arial" w:cs="Arial"/>
          <w:i/>
          <w:iCs/>
          <w:color w:val="1F2937"/>
          <w:sz w:val="16"/>
          <w:szCs w:val="16"/>
        </w:rPr>
        <w:t xml:space="preserve"> </w:t>
      </w:r>
      <w:r w:rsidRPr="00292477">
        <w:rPr>
          <w:rFonts w:eastAsia="Arial" w:cs="Arial"/>
          <w:i/>
          <w:iCs/>
          <w:color w:val="1F2937"/>
          <w:sz w:val="16"/>
          <w:szCs w:val="16"/>
        </w:rPr>
        <w:tab/>
      </w:r>
    </w:p>
    <w:p w14:paraId="19E582CB" w14:textId="77777777" w:rsidR="00292477" w:rsidRPr="00292477" w:rsidRDefault="00292477" w:rsidP="00292477">
      <w:pPr>
        <w:spacing w:line="240" w:lineRule="auto"/>
        <w:rPr>
          <w:rFonts w:eastAsia="Arial" w:cs="Arial"/>
          <w:color w:val="1F2937"/>
          <w:sz w:val="16"/>
          <w:szCs w:val="16"/>
        </w:rPr>
      </w:pPr>
      <w:proofErr w:type="spellStart"/>
      <w:r w:rsidRPr="00292477">
        <w:rPr>
          <w:rFonts w:eastAsia="Arial" w:cs="Arial"/>
          <w:i/>
          <w:iCs/>
          <w:color w:val="1F2937"/>
          <w:sz w:val="16"/>
          <w:szCs w:val="16"/>
        </w:rPr>
        <w:t>Epangz</w:t>
      </w:r>
      <w:proofErr w:type="spellEnd"/>
      <w:r w:rsidRPr="00292477">
        <w:rPr>
          <w:rFonts w:eastAsia="Arial" w:cs="Arial"/>
          <w:i/>
          <w:iCs/>
          <w:color w:val="1F2937"/>
          <w:sz w:val="16"/>
          <w:szCs w:val="16"/>
        </w:rPr>
        <w:t xml:space="preserve"> Digital &amp; Artistry Inc.</w:t>
      </w:r>
    </w:p>
    <w:p w14:paraId="14D77745" w14:textId="77777777" w:rsidR="00292477" w:rsidRPr="00292477" w:rsidRDefault="00292477" w:rsidP="00292477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Canada-Based</w:t>
      </w:r>
    </w:p>
    <w:p w14:paraId="29075D85" w14:textId="77777777" w:rsidR="00292477" w:rsidRPr="00292477" w:rsidRDefault="00292477" w:rsidP="00292477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Serving Clients Worldwide</w:t>
      </w:r>
    </w:p>
    <w:p w14:paraId="1A9B8DC9" w14:textId="77777777" w:rsidR="00292477" w:rsidRPr="00292477" w:rsidRDefault="00292477" w:rsidP="00292477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epangzdigital@gmail.com</w:t>
      </w:r>
    </w:p>
    <w:p w14:paraId="5C9B2305" w14:textId="77777777" w:rsidR="00292477" w:rsidRPr="00292477" w:rsidRDefault="00292477" w:rsidP="00292477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1 (705) 410-2679</w:t>
      </w:r>
    </w:p>
    <w:p w14:paraId="6A4333CF" w14:textId="77777777" w:rsidR="00292477" w:rsidRDefault="00292477" w:rsidP="00292477">
      <w:pPr>
        <w:spacing w:line="240" w:lineRule="auto"/>
        <w:rPr>
          <w:rFonts w:eastAsia="Arial" w:cs="Arial"/>
          <w:color w:val="1F2937"/>
          <w:sz w:val="36"/>
          <w:szCs w:val="36"/>
        </w:rPr>
      </w:pPr>
    </w:p>
    <w:p w14:paraId="0EA11C14" w14:textId="269D6480" w:rsidR="00292477" w:rsidRPr="00292477" w:rsidRDefault="00292477" w:rsidP="00292477">
      <w:pPr>
        <w:spacing w:line="240" w:lineRule="auto"/>
        <w:jc w:val="center"/>
        <w:rPr>
          <w:rFonts w:eastAsia="Arial" w:cs="Arial"/>
          <w:b/>
          <w:bCs/>
          <w:color w:val="1F2937"/>
          <w:sz w:val="36"/>
          <w:szCs w:val="36"/>
        </w:rPr>
      </w:pPr>
      <w:r w:rsidRPr="00292477">
        <w:rPr>
          <w:rFonts w:eastAsia="Arial" w:cs="Arial"/>
          <w:b/>
          <w:bCs/>
          <w:color w:val="1F2937"/>
          <w:sz w:val="36"/>
          <w:szCs w:val="36"/>
        </w:rPr>
        <w:t>Website Project Starter Questionnaire</w:t>
      </w:r>
    </w:p>
    <w:p w14:paraId="0E75299C" w14:textId="55BEE4E3" w:rsidR="00B852F8" w:rsidRPr="00292477" w:rsidRDefault="00292477" w:rsidP="00292477">
      <w:pPr>
        <w:spacing w:after="60" w:line="240" w:lineRule="auto"/>
        <w:rPr>
          <w:rFonts w:eastAsia="Arial" w:cs="Arial"/>
          <w:i/>
          <w:iCs/>
          <w:color w:val="1F2937"/>
          <w:sz w:val="22"/>
        </w:rPr>
      </w:pPr>
      <w:r w:rsidRPr="00292477">
        <w:rPr>
          <w:rFonts w:eastAsia="Arial" w:cs="Arial"/>
          <w:i/>
          <w:iCs/>
          <w:color w:val="1F2937"/>
          <w:sz w:val="22"/>
        </w:rPr>
        <w:t>Client discovery form - establishes project goals, audience, priorities, and initial requirements.</w:t>
      </w:r>
    </w:p>
    <w:p w14:paraId="162A7841" w14:textId="76541C45" w:rsidR="00292477" w:rsidRPr="00292477" w:rsidRDefault="00292477" w:rsidP="00292477">
      <w:pPr>
        <w:spacing w:after="60" w:line="240" w:lineRule="auto"/>
        <w:rPr>
          <w:i/>
          <w:iCs/>
          <w:sz w:val="22"/>
        </w:rPr>
      </w:pPr>
      <w:r w:rsidRPr="00292477">
        <w:rPr>
          <w:rFonts w:eastAsia="Arial" w:cs="Arial"/>
          <w:i/>
          <w:iCs/>
          <w:color w:val="1F2937"/>
          <w:sz w:val="22"/>
        </w:rPr>
        <w:t xml:space="preserve">Please provide clear, simple answers. If you are unsure, write “Not sure” and </w:t>
      </w:r>
      <w:proofErr w:type="spellStart"/>
      <w:r w:rsidRPr="00292477">
        <w:rPr>
          <w:rFonts w:eastAsia="Arial" w:cs="Arial"/>
          <w:i/>
          <w:iCs/>
          <w:color w:val="1F2937"/>
          <w:sz w:val="22"/>
        </w:rPr>
        <w:t>Epangz</w:t>
      </w:r>
      <w:proofErr w:type="spellEnd"/>
      <w:r w:rsidRPr="00292477">
        <w:rPr>
          <w:rFonts w:eastAsia="Arial" w:cs="Arial"/>
          <w:i/>
          <w:iCs/>
          <w:color w:val="1F2937"/>
          <w:sz w:val="22"/>
        </w:rPr>
        <w:t xml:space="preserve"> can guide you. Fields marked with * are important for project setup. Click or tap the response fields to type directly into this Word form.</w:t>
      </w:r>
    </w:p>
    <w:p w14:paraId="1838DDD1" w14:textId="77777777" w:rsidR="00B852F8" w:rsidRPr="00292477" w:rsidRDefault="00B852F8">
      <w:pPr>
        <w:spacing w:after="60" w:line="240" w:lineRule="auto"/>
        <w:rPr>
          <w:i/>
          <w:iCs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682A7A1E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58A25F2F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1. Client / Organization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3F7E3471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409BCE41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Client / Organization *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446908" w14:textId="77777777" w:rsidR="00B852F8" w:rsidRDefault="00000000">
            <w:pPr>
              <w:spacing w:line="240" w:lineRule="auto"/>
            </w:pPr>
            <w:sdt>
              <w:sdtPr>
                <w:alias w:val="CLIENT_ORG"/>
                <w:tag w:val="CLIENT_ORG"/>
                <w:id w:val="983368203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  <w:tr w:rsidR="00B852F8" w14:paraId="15A9B3A2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67AEB967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Primary Contact *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50B82E7" w14:textId="77777777" w:rsidR="00B852F8" w:rsidRDefault="00000000">
            <w:pPr>
              <w:spacing w:line="240" w:lineRule="auto"/>
            </w:pPr>
            <w:sdt>
              <w:sdtPr>
                <w:alias w:val="PRIMARY_CONTACT"/>
                <w:tag w:val="PRIMARY_CONTACT"/>
                <w:id w:val="1427809559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  <w:tr w:rsidR="00B852F8" w14:paraId="42B71975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2A5D0DEB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Email / Phone *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EBAF76" w14:textId="77777777" w:rsidR="00B852F8" w:rsidRDefault="00000000">
            <w:pPr>
              <w:spacing w:line="240" w:lineRule="auto"/>
            </w:pPr>
            <w:sdt>
              <w:sdtPr>
                <w:alias w:val="EMAIL_PHONE"/>
                <w:tag w:val="EMAIL_PHONE"/>
                <w:id w:val="358461041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  <w:tr w:rsidR="00B852F8" w14:paraId="20A3C80E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0558844F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Domain Name (if applicable)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FD88645" w14:textId="77777777" w:rsidR="00B852F8" w:rsidRDefault="00000000">
            <w:pPr>
              <w:spacing w:line="240" w:lineRule="auto"/>
            </w:pPr>
            <w:sdt>
              <w:sdtPr>
                <w:alias w:val="DOMAIN"/>
                <w:tag w:val="DOMAIN"/>
                <w:id w:val="1372086895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  <w:tr w:rsidR="00B852F8" w14:paraId="2AD2484A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463E8366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Date *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43B060" w14:textId="77777777" w:rsidR="00B852F8" w:rsidRDefault="00000000">
            <w:pPr>
              <w:spacing w:line="240" w:lineRule="auto"/>
            </w:pPr>
            <w:sdt>
              <w:sdtPr>
                <w:alias w:val="DATE"/>
                <w:tag w:val="DATE"/>
                <w:id w:val="1482127301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602C0A8F" w14:textId="77777777" w:rsidR="00B852F8" w:rsidRDefault="00B852F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0BBF5DCC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149DFB53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2. Project Overview</w:t>
            </w:r>
          </w:p>
        </w:tc>
      </w:tr>
    </w:tbl>
    <w:p w14:paraId="477E08E4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What does your organization or personal brand do?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1B954EF6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927EBFE" w14:textId="77777777" w:rsidR="00B852F8" w:rsidRDefault="00000000">
            <w:pPr>
              <w:spacing w:line="240" w:lineRule="auto"/>
            </w:pPr>
            <w:sdt>
              <w:sdtPr>
                <w:alias w:val="ORG_DESCRIPTION"/>
                <w:tag w:val="ORG_DESCRIPTION"/>
                <w:id w:val="59213993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4A02E51F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What is the main purpose of the website?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215DC0FC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6C1CA11D" w14:textId="77777777" w:rsidR="00B852F8" w:rsidRDefault="00000000">
            <w:pPr>
              <w:spacing w:line="240" w:lineRule="auto"/>
            </w:pPr>
            <w:sdt>
              <w:sdtPr>
                <w:alias w:val="WEBSITE_PURPOSE"/>
                <w:tag w:val="WEBSITE_PURPOSE"/>
                <w:id w:val="1257775923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24C1494F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Who is the main audience?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1DBF1BE9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626134C" w14:textId="77777777" w:rsidR="00B852F8" w:rsidRDefault="00000000">
            <w:pPr>
              <w:spacing w:line="240" w:lineRule="auto"/>
            </w:pPr>
            <w:sdt>
              <w:sdtPr>
                <w:alias w:val="MAIN_AUDIENCE"/>
                <w:tag w:val="MAIN_AUDIENCE"/>
                <w:id w:val="1841727314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479E7031" w14:textId="77777777" w:rsidR="00B852F8" w:rsidRDefault="00000000">
      <w:pPr>
        <w:spacing w:line="240" w:lineRule="auto"/>
      </w:pPr>
      <w:r>
        <w:br w:type="page"/>
      </w:r>
    </w:p>
    <w:p w14:paraId="109295D1" w14:textId="77777777" w:rsidR="00292477" w:rsidRPr="00292477" w:rsidRDefault="00292477" w:rsidP="00292477">
      <w:pPr>
        <w:spacing w:after="20" w:line="240" w:lineRule="auto"/>
        <w:jc w:val="center"/>
      </w:pPr>
      <w:r w:rsidRPr="00292477">
        <w:rPr>
          <w:rFonts w:eastAsia="Arial" w:cs="Arial"/>
          <w:b/>
          <w:sz w:val="38"/>
        </w:rPr>
        <w:t>Website Project Starter Questionnaire</w:t>
      </w:r>
    </w:p>
    <w:p w14:paraId="259C75DF" w14:textId="6C87E5B4" w:rsidR="00B852F8" w:rsidRPr="00292477" w:rsidRDefault="00292477" w:rsidP="00292477">
      <w:pPr>
        <w:spacing w:after="60" w:line="240" w:lineRule="auto"/>
        <w:jc w:val="center"/>
      </w:pPr>
      <w:r w:rsidRPr="00292477">
        <w:rPr>
          <w:rFonts w:eastAsia="Arial" w:cs="Arial"/>
          <w:sz w:val="19"/>
        </w:rPr>
        <w:t>Goals, content, branding, and website structure.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299E7ACD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7E62A69B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3. Website Goals &amp; Priorities</w:t>
            </w:r>
          </w:p>
        </w:tc>
      </w:tr>
    </w:tbl>
    <w:p w14:paraId="3FD9D2EE" w14:textId="77777777" w:rsidR="00B852F8" w:rsidRDefault="00000000">
      <w:pPr>
        <w:spacing w:after="40" w:line="240" w:lineRule="auto"/>
      </w:pPr>
      <w:r>
        <w:rPr>
          <w:rFonts w:eastAsia="Arial" w:cs="Arial"/>
          <w:color w:val="5E6B7B"/>
          <w:sz w:val="19"/>
        </w:rPr>
        <w:t>Select the priorities that apply, then add any important outcome that is not listed.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4094821F" w14:textId="77777777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227DC0BD" w14:textId="77777777" w:rsidR="00B852F8" w:rsidRDefault="00000000">
            <w:pPr>
              <w:spacing w:line="240" w:lineRule="auto"/>
            </w:pPr>
            <w:sdt>
              <w:sdtPr>
                <w:alias w:val="GOAL_LEADS"/>
                <w:tag w:val="GOAL_LEADS"/>
                <w:id w:val="14993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Generate inquiries / leads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4D57E90D" w14:textId="77777777" w:rsidR="00B852F8" w:rsidRDefault="00000000">
            <w:pPr>
              <w:spacing w:line="240" w:lineRule="auto"/>
            </w:pPr>
            <w:sdt>
              <w:sdtPr>
                <w:alias w:val="GOAL_SELL"/>
                <w:tag w:val="GOAL_SELL"/>
                <w:id w:val="7348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Sell products or services</w:t>
            </w:r>
          </w:p>
        </w:tc>
      </w:tr>
      <w:tr w:rsidR="00B852F8" w14:paraId="445D3039" w14:textId="77777777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1C50B668" w14:textId="77777777" w:rsidR="00B852F8" w:rsidRDefault="00000000">
            <w:pPr>
              <w:spacing w:line="240" w:lineRule="auto"/>
            </w:pPr>
            <w:sdt>
              <w:sdtPr>
                <w:alias w:val="GOAL_INFO"/>
                <w:tag w:val="GOAL_INFO"/>
                <w:id w:val="74001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Provide information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F7270C5" w14:textId="77777777" w:rsidR="00B852F8" w:rsidRDefault="00000000">
            <w:pPr>
              <w:spacing w:line="240" w:lineRule="auto"/>
            </w:pPr>
            <w:sdt>
              <w:sdtPr>
                <w:alias w:val="GOAL_BOOKING"/>
                <w:tag w:val="GOAL_BOOKING"/>
                <w:id w:val="149121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Bookings / appointments</w:t>
            </w:r>
          </w:p>
        </w:tc>
      </w:tr>
      <w:tr w:rsidR="00B852F8" w14:paraId="17510172" w14:textId="77777777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460FE1CF" w14:textId="77777777" w:rsidR="00B852F8" w:rsidRDefault="00000000">
            <w:pPr>
              <w:spacing w:line="240" w:lineRule="auto"/>
            </w:pPr>
            <w:sdt>
              <w:sdtPr>
                <w:alias w:val="GOAL_TRUST"/>
                <w:tag w:val="GOAL_TRUST"/>
                <w:id w:val="11323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Build credibility / trust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A5699A3" w14:textId="77777777" w:rsidR="00B852F8" w:rsidRDefault="00000000">
            <w:pPr>
              <w:spacing w:line="240" w:lineRule="auto"/>
            </w:pPr>
            <w:sdt>
              <w:sdtPr>
                <w:alias w:val="GOAL_PORTFOLIO"/>
                <w:tag w:val="GOAL_PORTFOLIO"/>
                <w:id w:val="148541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Showcase work / portfolio</w:t>
            </w:r>
          </w:p>
        </w:tc>
      </w:tr>
    </w:tbl>
    <w:p w14:paraId="19B1363A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Other goals / success measures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6BF6CD0D" w14:textId="77777777">
        <w:trPr>
          <w:trHeight w:val="748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E7A114F" w14:textId="77777777" w:rsidR="00B852F8" w:rsidRDefault="00000000">
            <w:pPr>
              <w:spacing w:line="240" w:lineRule="auto"/>
            </w:pPr>
            <w:sdt>
              <w:sdtPr>
                <w:alias w:val="OTHER_GOALS"/>
                <w:tag w:val="OTHER_GOALS"/>
                <w:id w:val="1848823162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76256541" w14:textId="77777777" w:rsidR="00B852F8" w:rsidRDefault="00B852F8"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0A423282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13AA606F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4. Pages &amp; Content</w:t>
            </w:r>
          </w:p>
        </w:tc>
      </w:tr>
    </w:tbl>
    <w:p w14:paraId="289850D6" w14:textId="76DED099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Which pag</w:t>
      </w:r>
      <w:r w:rsidR="002970F0">
        <w:rPr>
          <w:rFonts w:eastAsia="Arial" w:cs="Arial"/>
          <w:b/>
          <w:color w:val="1F2937"/>
        </w:rPr>
        <w:t xml:space="preserve">es should be included in your website? </w:t>
      </w:r>
      <w:r w:rsidR="002970F0" w:rsidRPr="002E7637">
        <w:rPr>
          <w:rFonts w:eastAsia="Arial" w:cs="Arial"/>
          <w:bCs/>
          <w:color w:val="1F2937"/>
        </w:rPr>
        <w:t>Select all that apply.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852F8" w14:paraId="28ECCFE8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661F0A4" w14:textId="77777777" w:rsidR="00B852F8" w:rsidRDefault="00000000">
            <w:pPr>
              <w:spacing w:line="240" w:lineRule="auto"/>
            </w:pPr>
            <w:sdt>
              <w:sdtPr>
                <w:alias w:val="PAGE_HOME"/>
                <w:tag w:val="PAGE_HOME"/>
                <w:id w:val="41753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Home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2659A7AF" w14:textId="77777777" w:rsidR="00B852F8" w:rsidRDefault="00000000">
            <w:pPr>
              <w:spacing w:line="240" w:lineRule="auto"/>
            </w:pPr>
            <w:sdt>
              <w:sdtPr>
                <w:alias w:val="PAGE_ABOUT"/>
                <w:tag w:val="PAGE_ABOUT"/>
                <w:id w:val="27130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About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882B1D3" w14:textId="77777777" w:rsidR="00B852F8" w:rsidRDefault="00000000">
            <w:pPr>
              <w:spacing w:line="240" w:lineRule="auto"/>
            </w:pPr>
            <w:sdt>
              <w:sdtPr>
                <w:alias w:val="PAGE_SERVICES"/>
                <w:tag w:val="PAGE_SERVICES"/>
                <w:id w:val="119716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Services</w:t>
            </w:r>
          </w:p>
        </w:tc>
      </w:tr>
      <w:tr w:rsidR="00B852F8" w14:paraId="252C2CEF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1FF0D279" w14:textId="77777777" w:rsidR="00B852F8" w:rsidRDefault="00000000">
            <w:pPr>
              <w:spacing w:line="240" w:lineRule="auto"/>
            </w:pPr>
            <w:sdt>
              <w:sdtPr>
                <w:alias w:val="PAGE_CONTACT"/>
                <w:tag w:val="PAGE_CONTACT"/>
                <w:id w:val="186091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Contact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4C7219A" w14:textId="77777777" w:rsidR="00B852F8" w:rsidRDefault="00000000">
            <w:pPr>
              <w:spacing w:line="240" w:lineRule="auto"/>
            </w:pPr>
            <w:sdt>
              <w:sdtPr>
                <w:alias w:val="PAGE_PORTFOLIO"/>
                <w:tag w:val="PAGE_PORTFOLIO"/>
                <w:id w:val="31622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Portfolio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16611340" w14:textId="77777777" w:rsidR="00B852F8" w:rsidRDefault="00000000">
            <w:pPr>
              <w:spacing w:line="240" w:lineRule="auto"/>
            </w:pPr>
            <w:sdt>
              <w:sdtPr>
                <w:alias w:val="PAGE_BLOG"/>
                <w:tag w:val="PAGE_BLOG"/>
                <w:id w:val="146401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Blog / News</w:t>
            </w:r>
          </w:p>
        </w:tc>
      </w:tr>
      <w:tr w:rsidR="00B852F8" w14:paraId="1D74E5F0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2AC48685" w14:textId="77777777" w:rsidR="00B852F8" w:rsidRDefault="00000000">
            <w:pPr>
              <w:spacing w:line="240" w:lineRule="auto"/>
            </w:pPr>
            <w:sdt>
              <w:sdtPr>
                <w:alias w:val="PAGE_RESOURCES"/>
                <w:tag w:val="PAGE_RESOURCES"/>
                <w:id w:val="52146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Resources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06970E9" w14:textId="77777777" w:rsidR="00B852F8" w:rsidRDefault="00000000">
            <w:pPr>
              <w:spacing w:line="240" w:lineRule="auto"/>
            </w:pPr>
            <w:sdt>
              <w:sdtPr>
                <w:alias w:val="PAGE_FAQ"/>
                <w:tag w:val="PAGE_FAQ"/>
                <w:id w:val="1553835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FAQ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81D7741" w14:textId="77777777" w:rsidR="00B852F8" w:rsidRDefault="00000000">
            <w:pPr>
              <w:spacing w:line="240" w:lineRule="auto"/>
            </w:pPr>
            <w:sdt>
              <w:sdtPr>
                <w:alias w:val="PAGE_OTHER"/>
                <w:tag w:val="PAGE_OTHER"/>
                <w:id w:val="147151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Other</w:t>
            </w:r>
          </w:p>
        </w:tc>
      </w:tr>
    </w:tbl>
    <w:p w14:paraId="28A5DC44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Content status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852F8" w14:paraId="7A67A54E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DFFD964" w14:textId="77777777" w:rsidR="00B852F8" w:rsidRDefault="00000000">
            <w:pPr>
              <w:spacing w:line="240" w:lineRule="auto"/>
            </w:pPr>
            <w:sdt>
              <w:sdtPr>
                <w:alias w:val="CONTENT_READY"/>
                <w:tag w:val="CONTENT_READY"/>
                <w:id w:val="126382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Content is ready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B43D679" w14:textId="77777777" w:rsidR="00B852F8" w:rsidRDefault="00000000">
            <w:pPr>
              <w:spacing w:line="240" w:lineRule="auto"/>
            </w:pPr>
            <w:sdt>
              <w:sdtPr>
                <w:alias w:val="CONTENT_SOME"/>
                <w:tag w:val="CONTENT_SOME"/>
                <w:id w:val="73383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Some content is ready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487D79E" w14:textId="77777777" w:rsidR="00B852F8" w:rsidRDefault="00000000">
            <w:pPr>
              <w:spacing w:line="240" w:lineRule="auto"/>
            </w:pPr>
            <w:sdt>
              <w:sdtPr>
                <w:alias w:val="CONTENT_HELP"/>
                <w:tag w:val="CONTENT_HELP"/>
                <w:id w:val="24889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Need content support</w:t>
            </w:r>
          </w:p>
        </w:tc>
      </w:tr>
    </w:tbl>
    <w:p w14:paraId="753DAA87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Please list any required pages, sections, documents, downloads, or special content.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4C75C70D" w14:textId="77777777">
        <w:trPr>
          <w:trHeight w:val="1123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59C3ED5C" w14:textId="77777777" w:rsidR="00B852F8" w:rsidRDefault="00000000">
            <w:pPr>
              <w:spacing w:line="240" w:lineRule="auto"/>
            </w:pPr>
            <w:sdt>
              <w:sdtPr>
                <w:alias w:val="REQUIRED_CONTENT"/>
                <w:tag w:val="REQUIRED_CONTENT"/>
                <w:id w:val="112832403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5D621563" w14:textId="77777777" w:rsidR="00B852F8" w:rsidRDefault="00B852F8"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79B45E1B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16DB64BD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5. Brand &amp; Visual Direction</w:t>
            </w:r>
          </w:p>
        </w:tc>
      </w:tr>
    </w:tbl>
    <w:p w14:paraId="178B1B89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Do you have an existing logo / brand colours / fonts?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852F8" w14:paraId="22C745A7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4EAC15A2" w14:textId="77777777" w:rsidR="00B852F8" w:rsidRDefault="00000000">
            <w:pPr>
              <w:spacing w:line="240" w:lineRule="auto"/>
            </w:pPr>
            <w:sdt>
              <w:sdtPr>
                <w:alias w:val="BRAND_YES"/>
                <w:tag w:val="BRAND_YES"/>
                <w:id w:val="2315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Yes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3AC6D0E7" w14:textId="77777777" w:rsidR="00B852F8" w:rsidRDefault="00000000">
            <w:pPr>
              <w:spacing w:line="240" w:lineRule="auto"/>
            </w:pPr>
            <w:sdt>
              <w:sdtPr>
                <w:alias w:val="BRAND_SOME"/>
                <w:tag w:val="BRAND_SOME"/>
                <w:id w:val="26661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Some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848FAB7" w14:textId="77777777" w:rsidR="00B852F8" w:rsidRDefault="00000000">
            <w:pPr>
              <w:spacing w:line="240" w:lineRule="auto"/>
            </w:pPr>
            <w:sdt>
              <w:sdtPr>
                <w:alias w:val="BRAND_NO"/>
                <w:tag w:val="BRAND_NO"/>
                <w:id w:val="71178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No</w:t>
            </w:r>
          </w:p>
        </w:tc>
      </w:tr>
    </w:tbl>
    <w:p w14:paraId="51C7E538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Describe the preferred look and feel (e.g., professional, modern, warm, minimal, bold).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3E004FE0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7CB16F1B" w14:textId="77777777" w:rsidR="00B852F8" w:rsidRDefault="00000000">
            <w:pPr>
              <w:spacing w:line="240" w:lineRule="auto"/>
            </w:pPr>
            <w:sdt>
              <w:sdtPr>
                <w:alias w:val="LOOK_FEEL"/>
                <w:tag w:val="LOOK_FEEL"/>
                <w:id w:val="715521719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2D0521F6" w14:textId="77777777" w:rsidR="00B852F8" w:rsidRDefault="00000000">
      <w:pPr>
        <w:spacing w:line="240" w:lineRule="auto"/>
      </w:pPr>
      <w:r>
        <w:br w:type="page"/>
      </w:r>
    </w:p>
    <w:p w14:paraId="71A4633E" w14:textId="77777777" w:rsidR="00B852F8" w:rsidRPr="00292477" w:rsidRDefault="00B852F8" w:rsidP="00292477">
      <w:pPr>
        <w:spacing w:after="60" w:line="240" w:lineRule="auto"/>
        <w:jc w:val="center"/>
      </w:pPr>
    </w:p>
    <w:p w14:paraId="5C0D8959" w14:textId="77777777" w:rsidR="00292477" w:rsidRPr="00292477" w:rsidRDefault="00292477" w:rsidP="00292477">
      <w:pPr>
        <w:spacing w:after="20" w:line="240" w:lineRule="auto"/>
        <w:jc w:val="center"/>
      </w:pPr>
      <w:r w:rsidRPr="00292477">
        <w:rPr>
          <w:rFonts w:eastAsia="Arial" w:cs="Arial"/>
          <w:b/>
          <w:sz w:val="38"/>
        </w:rPr>
        <w:t>Website Project Starter Questionnaire</w:t>
      </w:r>
    </w:p>
    <w:p w14:paraId="2CEB5AF7" w14:textId="0E5B1073" w:rsidR="00292477" w:rsidRPr="00292477" w:rsidRDefault="00292477" w:rsidP="00292477">
      <w:pPr>
        <w:spacing w:after="60" w:line="240" w:lineRule="auto"/>
        <w:jc w:val="center"/>
      </w:pPr>
      <w:r w:rsidRPr="00292477">
        <w:rPr>
          <w:rFonts w:eastAsia="Arial" w:cs="Arial"/>
          <w:sz w:val="19"/>
        </w:rPr>
        <w:t>Features, integrations, accessibility, and technical requirements.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333E6726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4A803357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6. Features &amp; Functionality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852F8" w14:paraId="26BAEF68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C07EEC6" w14:textId="77777777" w:rsidR="00B852F8" w:rsidRDefault="00000000">
            <w:pPr>
              <w:spacing w:line="240" w:lineRule="auto"/>
            </w:pPr>
            <w:sdt>
              <w:sdtPr>
                <w:alias w:val="FEAT_FORMS"/>
                <w:tag w:val="FEAT_FORMS"/>
                <w:id w:val="34116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Contact / intake forms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7601731" w14:textId="77777777" w:rsidR="00B852F8" w:rsidRDefault="00000000">
            <w:pPr>
              <w:spacing w:line="240" w:lineRule="auto"/>
            </w:pPr>
            <w:sdt>
              <w:sdtPr>
                <w:alias w:val="FEAT_BOOKING"/>
                <w:tag w:val="FEAT_BOOKING"/>
                <w:id w:val="85466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Booking / scheduling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1C6696FB" w14:textId="77777777" w:rsidR="00B852F8" w:rsidRDefault="00000000">
            <w:pPr>
              <w:spacing w:line="240" w:lineRule="auto"/>
            </w:pPr>
            <w:sdt>
              <w:sdtPr>
                <w:alias w:val="FEAT_PAYMENTS"/>
                <w:tag w:val="FEAT_PAYMENTS"/>
                <w:id w:val="68913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Payments / e-commerce</w:t>
            </w:r>
          </w:p>
        </w:tc>
      </w:tr>
      <w:tr w:rsidR="00B852F8" w14:paraId="3A3269AA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C7F228C" w14:textId="77777777" w:rsidR="00B852F8" w:rsidRDefault="00000000">
            <w:pPr>
              <w:spacing w:line="240" w:lineRule="auto"/>
            </w:pPr>
            <w:sdt>
              <w:sdtPr>
                <w:alias w:val="FEAT_MEMBER"/>
                <w:tag w:val="FEAT_MEMBER"/>
                <w:id w:val="167755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Member / client area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45D56C8" w14:textId="77777777" w:rsidR="00B852F8" w:rsidRDefault="00000000">
            <w:pPr>
              <w:spacing w:line="240" w:lineRule="auto"/>
            </w:pPr>
            <w:sdt>
              <w:sdtPr>
                <w:alias w:val="FEAT_SOCIAL"/>
                <w:tag w:val="FEAT_SOCIAL"/>
                <w:id w:val="154457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Social media links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BD735A8" w14:textId="77777777" w:rsidR="00B852F8" w:rsidRDefault="00000000">
            <w:pPr>
              <w:spacing w:line="240" w:lineRule="auto"/>
            </w:pPr>
            <w:sdt>
              <w:sdtPr>
                <w:alias w:val="FEAT_NEWSLETTER"/>
                <w:tag w:val="FEAT_NEWSLETTER"/>
                <w:id w:val="79347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Newsletter signup</w:t>
            </w:r>
          </w:p>
        </w:tc>
      </w:tr>
      <w:tr w:rsidR="00B852F8" w14:paraId="659FC094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3B0C6D82" w14:textId="77777777" w:rsidR="00B852F8" w:rsidRDefault="00000000">
            <w:pPr>
              <w:spacing w:line="240" w:lineRule="auto"/>
            </w:pPr>
            <w:sdt>
              <w:sdtPr>
                <w:alias w:val="FEAT_SEARCH"/>
                <w:tag w:val="FEAT_SEARCH"/>
                <w:id w:val="134732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Website search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6D1EA64" w14:textId="77777777" w:rsidR="00B852F8" w:rsidRDefault="00000000">
            <w:pPr>
              <w:spacing w:line="240" w:lineRule="auto"/>
            </w:pPr>
            <w:sdt>
              <w:sdtPr>
                <w:alias w:val="FEAT_DOWNLOADS"/>
                <w:tag w:val="FEAT_DOWNLOADS"/>
                <w:id w:val="67165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Downloads / resources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1E19FA30" w14:textId="77777777" w:rsidR="00B852F8" w:rsidRDefault="00000000">
            <w:pPr>
              <w:spacing w:line="240" w:lineRule="auto"/>
            </w:pPr>
            <w:sdt>
              <w:sdtPr>
                <w:alias w:val="FEAT_LANG"/>
                <w:tag w:val="FEAT_LANG"/>
                <w:id w:val="73245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Multiple languages</w:t>
            </w:r>
          </w:p>
        </w:tc>
      </w:tr>
    </w:tbl>
    <w:p w14:paraId="3CABCFFF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Other required features or functionality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7D850853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2657487F" w14:textId="77777777" w:rsidR="00B852F8" w:rsidRDefault="00000000">
            <w:pPr>
              <w:spacing w:line="240" w:lineRule="auto"/>
            </w:pPr>
            <w:sdt>
              <w:sdtPr>
                <w:alias w:val="OTHER_FEATURES"/>
                <w:tag w:val="OTHER_FEATURES"/>
                <w:id w:val="873199743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739D5056" w14:textId="77777777" w:rsidR="00B852F8" w:rsidRDefault="00B852F8"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6210D918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751FDA91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7. Systems &amp; Integrations</w:t>
            </w:r>
          </w:p>
        </w:tc>
      </w:tr>
    </w:tbl>
    <w:p w14:paraId="3B6567A1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List any systems the website should connect to (e.g., HubSpot, Google Forms, payment tools, calendars).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4A98585B" w14:textId="77777777">
        <w:trPr>
          <w:trHeight w:val="979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3C455345" w14:textId="77777777" w:rsidR="00B852F8" w:rsidRDefault="00000000">
            <w:pPr>
              <w:spacing w:line="240" w:lineRule="auto"/>
            </w:pPr>
            <w:sdt>
              <w:sdtPr>
                <w:alias w:val="SYSTEMS_INTEGRATIONS"/>
                <w:tag w:val="SYSTEMS_INTEGRATIONS"/>
                <w:id w:val="1986727462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5182702D" w14:textId="77777777" w:rsidR="00B852F8" w:rsidRDefault="00B852F8"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37D61459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14165561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8. Accessibility, Privacy &amp; Legal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2709483A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2AD77752" w14:textId="77777777" w:rsidR="00B852F8" w:rsidRDefault="00000000">
            <w:pPr>
              <w:spacing w:line="240" w:lineRule="auto"/>
            </w:pPr>
            <w:sdt>
              <w:sdtPr>
                <w:alias w:val="REQ_ACCESS"/>
                <w:tag w:val="REQ_ACCESS"/>
                <w:id w:val="150844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Accessibility requirements / WCAG considerations</w:t>
            </w:r>
          </w:p>
        </w:tc>
      </w:tr>
      <w:tr w:rsidR="00B852F8" w14:paraId="59EE08F9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2A249ED5" w14:textId="77777777" w:rsidR="00B852F8" w:rsidRDefault="00000000">
            <w:pPr>
              <w:spacing w:line="240" w:lineRule="auto"/>
            </w:pPr>
            <w:sdt>
              <w:sdtPr>
                <w:alias w:val="REQ_PRIVACY"/>
                <w:tag w:val="REQ_PRIVACY"/>
                <w:id w:val="120953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Privacy policy / consent requirements</w:t>
            </w:r>
          </w:p>
        </w:tc>
      </w:tr>
      <w:tr w:rsidR="00B852F8" w14:paraId="42D1CBCF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1BDB301F" w14:textId="77777777" w:rsidR="00B852F8" w:rsidRDefault="00000000">
            <w:pPr>
              <w:spacing w:line="240" w:lineRule="auto"/>
            </w:pPr>
            <w:sdt>
              <w:sdtPr>
                <w:alias w:val="REQ_TERMS"/>
                <w:tag w:val="REQ_TERMS"/>
                <w:id w:val="139841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Terms of use / legal notices</w:t>
            </w:r>
          </w:p>
        </w:tc>
      </w:tr>
    </w:tbl>
    <w:p w14:paraId="0584A709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Please note any specific compliance, privacy, accessibility, or industry requirements.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6019A79A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D08A7C9" w14:textId="77777777" w:rsidR="00B852F8" w:rsidRDefault="00000000">
            <w:pPr>
              <w:spacing w:line="240" w:lineRule="auto"/>
            </w:pPr>
            <w:sdt>
              <w:sdtPr>
                <w:alias w:val="COMPLIANCE_NOTES"/>
                <w:tag w:val="COMPLIANCE_NOTES"/>
                <w:id w:val="1069162985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533FBA20" w14:textId="77777777" w:rsidR="00B852F8" w:rsidRDefault="00B852F8"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41ECF909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4ED44F24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9. Existing Website (if applicable)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5ED05074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3B1AA9C2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Current website URL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8EF4901" w14:textId="77777777" w:rsidR="00B852F8" w:rsidRDefault="00000000">
            <w:pPr>
              <w:spacing w:line="240" w:lineRule="auto"/>
            </w:pPr>
            <w:sdt>
              <w:sdtPr>
                <w:alias w:val="CURRENT_URL"/>
                <w:tag w:val="CURRENT_URL"/>
                <w:id w:val="1612029405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78AB489B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What should be kept, improved, removed, or replaced?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404FE6F2" w14:textId="77777777">
        <w:trPr>
          <w:trHeight w:val="7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5E0D53AC" w14:textId="77777777" w:rsidR="00B852F8" w:rsidRDefault="00000000">
            <w:pPr>
              <w:spacing w:line="240" w:lineRule="auto"/>
            </w:pPr>
            <w:sdt>
              <w:sdtPr>
                <w:alias w:val="EXISTING_CHANGES"/>
                <w:tag w:val="EXISTING_CHANGES"/>
                <w:id w:val="1260128788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545B963F" w14:textId="77777777" w:rsidR="00B852F8" w:rsidRDefault="00000000">
      <w:pPr>
        <w:spacing w:line="240" w:lineRule="auto"/>
      </w:pPr>
      <w:r>
        <w:br w:type="page"/>
      </w:r>
    </w:p>
    <w:p w14:paraId="5BE4B088" w14:textId="77777777" w:rsidR="00B852F8" w:rsidRPr="00292477" w:rsidRDefault="00B852F8" w:rsidP="00292477">
      <w:pPr>
        <w:spacing w:after="60" w:line="240" w:lineRule="auto"/>
        <w:jc w:val="center"/>
      </w:pPr>
    </w:p>
    <w:p w14:paraId="130B9EB6" w14:textId="77777777" w:rsidR="00292477" w:rsidRPr="00292477" w:rsidRDefault="00292477" w:rsidP="00292477">
      <w:pPr>
        <w:spacing w:after="20" w:line="240" w:lineRule="auto"/>
        <w:jc w:val="center"/>
      </w:pPr>
      <w:r w:rsidRPr="00292477">
        <w:rPr>
          <w:rFonts w:eastAsia="Arial" w:cs="Arial"/>
          <w:b/>
          <w:sz w:val="38"/>
        </w:rPr>
        <w:t>Website Project Starter Questionnaire</w:t>
      </w:r>
    </w:p>
    <w:p w14:paraId="704B47BA" w14:textId="3FD47493" w:rsidR="00292477" w:rsidRPr="00292477" w:rsidRDefault="00292477" w:rsidP="00292477">
      <w:pPr>
        <w:spacing w:after="60" w:line="240" w:lineRule="auto"/>
        <w:jc w:val="center"/>
      </w:pPr>
      <w:r w:rsidRPr="00292477">
        <w:rPr>
          <w:rFonts w:eastAsia="Arial" w:cs="Arial"/>
          <w:sz w:val="19"/>
        </w:rPr>
        <w:t>Timeline, budget, files, assets, and access.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3262F64F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6F5531C3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10. Timeline &amp; Project Readiness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6792911F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199000E7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Preferred launch date or timeframe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7F6D58" w14:textId="77777777" w:rsidR="00B852F8" w:rsidRDefault="00000000">
            <w:pPr>
              <w:spacing w:line="240" w:lineRule="auto"/>
            </w:pPr>
            <w:sdt>
              <w:sdtPr>
                <w:alias w:val="LAUNCH_DATE"/>
                <w:tag w:val="LAUNCH_DATE"/>
                <w:id w:val="795727187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7CD64F63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Is there a fixed event, deadline, campaign, or business date tied to launch?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457F31DD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4B09634" w14:textId="77777777" w:rsidR="00B852F8" w:rsidRDefault="00000000">
            <w:pPr>
              <w:spacing w:line="240" w:lineRule="auto"/>
            </w:pPr>
            <w:sdt>
              <w:sdtPr>
                <w:alias w:val="FIXED_DEADLINE"/>
                <w:tag w:val="FIXED_DEADLINE"/>
                <w:id w:val="1713200342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3BA8D77B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Budget range (optional)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7BE2D6E6" w14:textId="77777777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75F6E9C" w14:textId="77777777" w:rsidR="00B852F8" w:rsidRDefault="00000000">
            <w:pPr>
              <w:spacing w:line="240" w:lineRule="auto"/>
            </w:pPr>
            <w:sdt>
              <w:sdtPr>
                <w:alias w:val="BUDGET_GUIDE"/>
                <w:tag w:val="BUDGET_GUIDE"/>
                <w:id w:val="1716736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Not sure / need guidance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03234A37" w14:textId="77777777" w:rsidR="00B852F8" w:rsidRDefault="00000000">
            <w:pPr>
              <w:spacing w:line="240" w:lineRule="auto"/>
            </w:pPr>
            <w:sdt>
              <w:sdtPr>
                <w:alias w:val="BUDGET_DEFINED"/>
                <w:tag w:val="BUDGET_DEFINED"/>
                <w:id w:val="107113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Budget already defined</w:t>
            </w:r>
          </w:p>
        </w:tc>
      </w:tr>
    </w:tbl>
    <w:p w14:paraId="485B3B3B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Budget notes (optional)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57698661" w14:textId="77777777">
        <w:trPr>
          <w:trHeight w:val="892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6EFC12C8" w14:textId="77777777" w:rsidR="00B852F8" w:rsidRDefault="00000000">
            <w:pPr>
              <w:spacing w:line="240" w:lineRule="auto"/>
            </w:pPr>
            <w:sdt>
              <w:sdtPr>
                <w:alias w:val="BUDGET_NOTES"/>
                <w:tag w:val="BUDGET_NOTES"/>
                <w:id w:val="333787993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06551DAB" w14:textId="77777777" w:rsidR="00B852F8" w:rsidRDefault="00B852F8">
      <w:pPr>
        <w:spacing w:after="10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1C5C3736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0A5FE837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11. Files, Assets &amp; Access</w:t>
            </w:r>
          </w:p>
        </w:tc>
      </w:tr>
    </w:tbl>
    <w:p w14:paraId="18BED30F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What can you provide?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852F8" w14:paraId="1F7EFADF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BB3A204" w14:textId="77777777" w:rsidR="00B852F8" w:rsidRDefault="00000000">
            <w:pPr>
              <w:spacing w:line="240" w:lineRule="auto"/>
            </w:pPr>
            <w:sdt>
              <w:sdtPr>
                <w:alias w:val="ASSET_LOGO"/>
                <w:tag w:val="ASSET_LOGO"/>
                <w:id w:val="150441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Logo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55B5CCD" w14:textId="77777777" w:rsidR="00B852F8" w:rsidRDefault="00000000">
            <w:pPr>
              <w:spacing w:line="240" w:lineRule="auto"/>
            </w:pPr>
            <w:sdt>
              <w:sdtPr>
                <w:alias w:val="ASSET_PHOTOS"/>
                <w:tag w:val="ASSET_PHOTOS"/>
                <w:id w:val="108250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Photos / images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7D040D4B" w14:textId="77777777" w:rsidR="00B852F8" w:rsidRDefault="00000000">
            <w:pPr>
              <w:spacing w:line="240" w:lineRule="auto"/>
            </w:pPr>
            <w:sdt>
              <w:sdtPr>
                <w:alias w:val="ASSET_CONTENT"/>
                <w:tag w:val="ASSET_CONTENT"/>
                <w:id w:val="23336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Written content</w:t>
            </w:r>
          </w:p>
        </w:tc>
      </w:tr>
      <w:tr w:rsidR="00B852F8" w14:paraId="49AE0AC3" w14:textId="77777777">
        <w:trPr>
          <w:jc w:val="center"/>
        </w:trPr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656B03F8" w14:textId="77777777" w:rsidR="00B852F8" w:rsidRDefault="00000000">
            <w:pPr>
              <w:spacing w:line="240" w:lineRule="auto"/>
            </w:pPr>
            <w:sdt>
              <w:sdtPr>
                <w:alias w:val="ASSET_BRAND"/>
                <w:tag w:val="ASSET_BRAND"/>
                <w:id w:val="59299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Brand guide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55841B75" w14:textId="77777777" w:rsidR="00B852F8" w:rsidRDefault="00000000">
            <w:pPr>
              <w:spacing w:line="240" w:lineRule="auto"/>
            </w:pPr>
            <w:sdt>
              <w:sdtPr>
                <w:alias w:val="ASSET_DOMAIN"/>
                <w:tag w:val="ASSET_DOMAIN"/>
                <w:id w:val="63603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Domain access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70" w:type="dxa"/>
            </w:tcMar>
          </w:tcPr>
          <w:p w14:paraId="481E3397" w14:textId="77777777" w:rsidR="00B852F8" w:rsidRDefault="00000000">
            <w:pPr>
              <w:spacing w:line="240" w:lineRule="auto"/>
            </w:pPr>
            <w:sdt>
              <w:sdtPr>
                <w:alias w:val="ASSET_OTHER"/>
                <w:tag w:val="ASSET_OTHER"/>
                <w:id w:val="87589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>
              <w:rPr>
                <w:rFonts w:eastAsia="Arial" w:cs="Arial"/>
                <w:color w:val="1F2937"/>
                <w:sz w:val="20"/>
              </w:rPr>
              <w:t xml:space="preserve">  Other assets</w:t>
            </w:r>
          </w:p>
        </w:tc>
      </w:tr>
    </w:tbl>
    <w:p w14:paraId="34DFABB0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Asset / access notes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04AE3C9E" w14:textId="77777777">
        <w:trPr>
          <w:trHeight w:val="979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03CA5868" w14:textId="77777777" w:rsidR="00B852F8" w:rsidRDefault="00000000">
            <w:pPr>
              <w:spacing w:line="240" w:lineRule="auto"/>
            </w:pPr>
            <w:sdt>
              <w:sdtPr>
                <w:alias w:val="ASSET_NOTES"/>
                <w:tag w:val="ASSET_NOTES"/>
                <w:id w:val="1167372860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2B581AAB" w14:textId="77777777" w:rsidR="00B852F8" w:rsidRDefault="00B852F8">
      <w:pPr>
        <w:spacing w:after="10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B852F8" w14:paraId="6D24FADA" w14:textId="77777777"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F1F4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3DE78" w14:textId="77777777" w:rsidR="00B852F8" w:rsidRDefault="00000000">
            <w:pPr>
              <w:spacing w:after="40" w:line="240" w:lineRule="auto"/>
            </w:pPr>
            <w:r>
              <w:rPr>
                <w:rFonts w:eastAsia="Arial" w:cs="Arial"/>
                <w:b/>
                <w:color w:val="1F2937"/>
              </w:rPr>
              <w:t>Security Note</w:t>
            </w:r>
          </w:p>
          <w:p w14:paraId="257AA552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color w:val="1F2937"/>
                <w:sz w:val="19"/>
              </w:rPr>
              <w:t>Do not enter passwords, access keys, or verification codes in this form. Epangz will arrange a secure method for any account access that is genuinely required.</w:t>
            </w:r>
          </w:p>
        </w:tc>
      </w:tr>
    </w:tbl>
    <w:p w14:paraId="3EB862A6" w14:textId="77777777" w:rsidR="00B852F8" w:rsidRDefault="00000000">
      <w:pPr>
        <w:spacing w:line="240" w:lineRule="auto"/>
      </w:pPr>
      <w:r>
        <w:br w:type="page"/>
      </w:r>
    </w:p>
    <w:p w14:paraId="22395593" w14:textId="77777777" w:rsidR="00B852F8" w:rsidRPr="002970F0" w:rsidRDefault="00B852F8" w:rsidP="002970F0">
      <w:pPr>
        <w:spacing w:after="60" w:line="240" w:lineRule="auto"/>
        <w:jc w:val="center"/>
      </w:pPr>
    </w:p>
    <w:p w14:paraId="5D06CF15" w14:textId="77777777" w:rsidR="00292477" w:rsidRPr="002970F0" w:rsidRDefault="00292477" w:rsidP="002970F0">
      <w:pPr>
        <w:spacing w:after="20" w:line="240" w:lineRule="auto"/>
        <w:jc w:val="center"/>
      </w:pPr>
      <w:r w:rsidRPr="002970F0">
        <w:rPr>
          <w:rFonts w:eastAsia="Arial" w:cs="Arial"/>
          <w:b/>
          <w:sz w:val="38"/>
        </w:rPr>
        <w:t>Website Project Starter Questionnaire</w:t>
      </w:r>
    </w:p>
    <w:p w14:paraId="5DE6097C" w14:textId="69434E30" w:rsidR="00292477" w:rsidRPr="002970F0" w:rsidRDefault="00292477" w:rsidP="002970F0">
      <w:pPr>
        <w:spacing w:after="60" w:line="240" w:lineRule="auto"/>
        <w:jc w:val="center"/>
      </w:pPr>
      <w:r w:rsidRPr="002970F0">
        <w:rPr>
          <w:rFonts w:eastAsia="Arial" w:cs="Arial"/>
          <w:sz w:val="19"/>
        </w:rPr>
        <w:t>Approvals, decision-making, and final project notes.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40124B89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0C94B5E2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12. Approvals &amp; Decision-Making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3103056F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18E89599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Who will provide final approval for website decisions?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DBFC55B" w14:textId="77777777" w:rsidR="00B852F8" w:rsidRDefault="00000000">
            <w:pPr>
              <w:spacing w:line="240" w:lineRule="auto"/>
            </w:pPr>
            <w:sdt>
              <w:sdtPr>
                <w:alias w:val="FINAL_APPROVER"/>
                <w:tag w:val="FINAL_APPROVER"/>
                <w:id w:val="444035492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5BF430D7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Are there other stakeholders who must review content or design?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75FACA2D" w14:textId="77777777">
        <w:trPr>
          <w:trHeight w:val="979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20286D1" w14:textId="77777777" w:rsidR="00B852F8" w:rsidRDefault="00000000">
            <w:pPr>
              <w:spacing w:line="240" w:lineRule="auto"/>
            </w:pPr>
            <w:sdt>
              <w:sdtPr>
                <w:alias w:val="OTHER_STAKEHOLDERS"/>
                <w:tag w:val="OTHER_STAKEHOLDERS"/>
                <w:id w:val="212753144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312B20C7" w14:textId="77777777" w:rsidR="00B852F8" w:rsidRDefault="00B852F8">
      <w:pPr>
        <w:spacing w:after="10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1CC531FF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5E9532A8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13. Additional Information</w:t>
            </w:r>
          </w:p>
        </w:tc>
      </w:tr>
    </w:tbl>
    <w:p w14:paraId="541BCABE" w14:textId="77777777" w:rsidR="00B852F8" w:rsidRDefault="00000000">
      <w:pPr>
        <w:spacing w:before="40" w:after="40" w:line="240" w:lineRule="auto"/>
      </w:pPr>
      <w:r>
        <w:rPr>
          <w:rFonts w:eastAsia="Arial" w:cs="Arial"/>
          <w:b/>
          <w:color w:val="1F2937"/>
        </w:rPr>
        <w:t>Anything else Epangz should know before the project begins?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B852F8" w14:paraId="617B1AFF" w14:textId="77777777">
        <w:trPr>
          <w:trHeight w:val="1584"/>
          <w:jc w:val="center"/>
        </w:trPr>
        <w:tc>
          <w:tcPr>
            <w:tcW w:w="10656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93DC353" w14:textId="77777777" w:rsidR="00B852F8" w:rsidRDefault="00000000">
            <w:pPr>
              <w:spacing w:line="240" w:lineRule="auto"/>
            </w:pPr>
            <w:sdt>
              <w:sdtPr>
                <w:alias w:val="ADDITIONAL_INFO"/>
                <w:tag w:val="ADDITIONAL_INFO"/>
                <w:id w:val="310264208"/>
                <w:text w:multiLine="1"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4AC78C4A" w14:textId="77777777" w:rsidR="00B852F8" w:rsidRDefault="00B852F8">
      <w:pPr>
        <w:spacing w:after="12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852F8" w14:paraId="00DC4058" w14:textId="77777777">
        <w:trPr>
          <w:jc w:val="center"/>
        </w:trPr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shd w:val="clear" w:color="auto" w:fill="1D4773"/>
            <w:tcMar>
              <w:top w:w="45" w:type="dxa"/>
              <w:left w:w="110" w:type="dxa"/>
              <w:bottom w:w="45" w:type="dxa"/>
              <w:right w:w="100" w:type="dxa"/>
            </w:tcMar>
          </w:tcPr>
          <w:p w14:paraId="645DE30C" w14:textId="77777777" w:rsidR="00B852F8" w:rsidRDefault="00000000">
            <w:pPr>
              <w:keepNext/>
              <w:spacing w:line="240" w:lineRule="auto"/>
            </w:pPr>
            <w:r>
              <w:rPr>
                <w:rFonts w:eastAsia="Arial" w:cs="Arial"/>
                <w:b/>
                <w:color w:val="FFFFFF"/>
                <w:sz w:val="23"/>
              </w:rPr>
              <w:t>Client Acknowledgment</w:t>
            </w:r>
          </w:p>
        </w:tc>
      </w:tr>
    </w:tbl>
    <w:p w14:paraId="1C9D228C" w14:textId="77777777" w:rsidR="00B852F8" w:rsidRDefault="00000000">
      <w:pPr>
        <w:spacing w:after="80" w:line="240" w:lineRule="auto"/>
      </w:pPr>
      <w:r>
        <w:rPr>
          <w:rFonts w:eastAsia="Arial" w:cs="Arial"/>
          <w:color w:val="1F2937"/>
          <w:sz w:val="19"/>
        </w:rPr>
        <w:t>This questionnaire is used for initial discovery and planning. Final scope, deliverables, timelines, pricing, and responsibilities are confirmed separately in the approved project documentation or agreement.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852F8" w14:paraId="120B7695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53431FA3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Client / Organization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121A032" w14:textId="77777777" w:rsidR="00B852F8" w:rsidRDefault="00000000">
            <w:pPr>
              <w:spacing w:line="240" w:lineRule="auto"/>
            </w:pPr>
            <w:sdt>
              <w:sdtPr>
                <w:alias w:val="ACK_ORG"/>
                <w:tag w:val="ACK_ORG"/>
                <w:id w:val="1449563953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  <w:tr w:rsidR="00B852F8" w14:paraId="5C5067C4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5CD0F27E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Completed by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6F3A6BC" w14:textId="77777777" w:rsidR="00B852F8" w:rsidRDefault="00000000">
            <w:pPr>
              <w:spacing w:line="240" w:lineRule="auto"/>
            </w:pPr>
            <w:sdt>
              <w:sdtPr>
                <w:alias w:val="ACK_COMPLETED_BY"/>
                <w:tag w:val="ACK_COMPLETED_BY"/>
                <w:id w:val="1210803533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  <w:tr w:rsidR="00B852F8" w14:paraId="426D4D69" w14:textId="77777777">
        <w:trPr>
          <w:trHeight w:val="547"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90" w:type="dxa"/>
            </w:tcMar>
          </w:tcPr>
          <w:p w14:paraId="13A9B282" w14:textId="77777777" w:rsidR="00B852F8" w:rsidRDefault="00000000">
            <w:pPr>
              <w:spacing w:line="240" w:lineRule="auto"/>
            </w:pPr>
            <w:r>
              <w:rPr>
                <w:rFonts w:eastAsia="Arial" w:cs="Arial"/>
                <w:b/>
                <w:color w:val="1F2937"/>
              </w:rPr>
              <w:t>Date</w:t>
            </w:r>
          </w:p>
        </w:tc>
        <w:tc>
          <w:tcPr>
            <w:tcW w:w="5328" w:type="dxa"/>
            <w:tcBorders>
              <w:top w:val="single" w:sz="6" w:space="0" w:color="C9D7E6"/>
              <w:left w:val="single" w:sz="6" w:space="0" w:color="C9D7E6"/>
              <w:bottom w:val="single" w:sz="6" w:space="0" w:color="C9D7E6"/>
              <w:right w:val="single" w:sz="6" w:space="0" w:color="C9D7E6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31D2B5" w14:textId="77777777" w:rsidR="00B852F8" w:rsidRDefault="00000000">
            <w:pPr>
              <w:spacing w:line="240" w:lineRule="auto"/>
            </w:pPr>
            <w:sdt>
              <w:sdtPr>
                <w:alias w:val="ACK_DATE"/>
                <w:tag w:val="ACK_DATE"/>
                <w:id w:val="283403864"/>
                <w:text/>
              </w:sdtPr>
              <w:sdtContent>
                <w:r>
                  <w:rPr>
                    <w:rFonts w:eastAsia="Arial" w:cs="Arial"/>
                    <w:i/>
                    <w:color w:val="7A8796"/>
                    <w:sz w:val="19"/>
                    <w:szCs w:val="19"/>
                  </w:rPr>
                  <w:t>Click or tap here to enter text.</w:t>
                </w:r>
              </w:sdtContent>
            </w:sdt>
          </w:p>
        </w:tc>
      </w:tr>
    </w:tbl>
    <w:p w14:paraId="763F7F19" w14:textId="77777777" w:rsidR="009E4536" w:rsidRDefault="009E4536"/>
    <w:sectPr w:rsidR="009E4536" w:rsidSect="00034616">
      <w:footerReference w:type="default" r:id="rId9"/>
      <w:pgSz w:w="12240" w:h="15840"/>
      <w:pgMar w:top="648" w:right="792" w:bottom="1037" w:left="792" w:header="2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17FAA" w14:textId="77777777" w:rsidR="009E4536" w:rsidRDefault="009E4536">
      <w:pPr>
        <w:spacing w:line="240" w:lineRule="auto"/>
      </w:pPr>
      <w:r>
        <w:separator/>
      </w:r>
    </w:p>
  </w:endnote>
  <w:endnote w:type="continuationSeparator" w:id="0">
    <w:p w14:paraId="4A36B0DB" w14:textId="77777777" w:rsidR="009E4536" w:rsidRDefault="009E4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4648" w14:textId="77777777" w:rsidR="00B852F8" w:rsidRDefault="00B852F8">
    <w:pPr>
      <w:pStyle w:val="Footer"/>
      <w:pBdr>
        <w:bottom w:val="single" w:sz="4" w:space="1" w:color="C9D7E6"/>
      </w:pBdr>
      <w:spacing w:after="60"/>
      <w:jc w:val="center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5328"/>
      <w:gridCol w:w="5328"/>
    </w:tblGrid>
    <w:tr w:rsidR="00B852F8" w14:paraId="09C0D33E" w14:textId="77777777">
      <w:tc>
        <w:tcPr>
          <w:tcW w:w="5328" w:type="dxa"/>
          <w:tcBorders>
            <w:top w:val="nil"/>
            <w:left w:val="nil"/>
            <w:bottom w:val="nil"/>
            <w:right w:val="nil"/>
          </w:tcBorders>
        </w:tcPr>
        <w:p w14:paraId="0F4F0E2D" w14:textId="77777777" w:rsidR="00B852F8" w:rsidRDefault="00000000">
          <w:pPr>
            <w:spacing w:line="240" w:lineRule="auto"/>
          </w:pPr>
          <w:r>
            <w:rPr>
              <w:rFonts w:eastAsia="Arial" w:cs="Arial"/>
              <w:color w:val="5E6B7B"/>
              <w:sz w:val="16"/>
            </w:rPr>
            <w:t>Epangz Digital &amp; Artistry Inc. | Canada-Based | Serving Clients Worldwide</w:t>
          </w:r>
        </w:p>
        <w:p w14:paraId="66DF9BE7" w14:textId="77777777" w:rsidR="00B852F8" w:rsidRDefault="00000000">
          <w:pPr>
            <w:spacing w:line="240" w:lineRule="auto"/>
          </w:pPr>
          <w:r>
            <w:rPr>
              <w:rFonts w:eastAsia="Arial" w:cs="Arial"/>
              <w:color w:val="5E6B7B"/>
              <w:sz w:val="16"/>
            </w:rPr>
            <w:t>epangzdigital@gmail.com | +1 (705) 410-2679</w:t>
          </w:r>
        </w:p>
      </w:tc>
      <w:tc>
        <w:tcPr>
          <w:tcW w:w="5328" w:type="dxa"/>
          <w:tcBorders>
            <w:top w:val="nil"/>
            <w:left w:val="nil"/>
            <w:bottom w:val="nil"/>
            <w:right w:val="nil"/>
          </w:tcBorders>
        </w:tcPr>
        <w:p w14:paraId="2B6CD8AB" w14:textId="77777777" w:rsidR="00B852F8" w:rsidRDefault="00000000">
          <w:pPr>
            <w:spacing w:line="240" w:lineRule="auto"/>
            <w:jc w:val="right"/>
          </w:pPr>
          <w:r>
            <w:rPr>
              <w:rFonts w:eastAsia="Arial" w:cs="Arial"/>
              <w:color w:val="5E6B7B"/>
              <w:sz w:val="16"/>
            </w:rPr>
            <w:t xml:space="preserve">Page </w:t>
          </w:r>
          <w:r>
            <w:rPr>
              <w:color w:val="5E6B7B"/>
              <w:sz w:val="16"/>
            </w:rPr>
            <w:fldChar w:fldCharType="begin"/>
          </w:r>
          <w:r>
            <w:rPr>
              <w:color w:val="5E6B7B"/>
              <w:sz w:val="16"/>
            </w:rPr>
            <w:instrText xml:space="preserve"> PAGE </w:instrText>
          </w:r>
          <w:r>
            <w:rPr>
              <w:color w:val="5E6B7B"/>
              <w:sz w:val="16"/>
            </w:rPr>
            <w:fldChar w:fldCharType="separate"/>
          </w:r>
          <w:r>
            <w:rPr>
              <w:color w:val="5E6B7B"/>
              <w:sz w:val="16"/>
            </w:rPr>
            <w:t>1</w:t>
          </w:r>
          <w:r>
            <w:rPr>
              <w:color w:val="5E6B7B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4179" w14:textId="77777777" w:rsidR="009E4536" w:rsidRDefault="009E4536">
      <w:pPr>
        <w:spacing w:line="240" w:lineRule="auto"/>
      </w:pPr>
      <w:r>
        <w:separator/>
      </w:r>
    </w:p>
  </w:footnote>
  <w:footnote w:type="continuationSeparator" w:id="0">
    <w:p w14:paraId="3A1224C8" w14:textId="77777777" w:rsidR="009E4536" w:rsidRDefault="009E45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8605120">
    <w:abstractNumId w:val="8"/>
  </w:num>
  <w:num w:numId="2" w16cid:durableId="1555696574">
    <w:abstractNumId w:val="6"/>
  </w:num>
  <w:num w:numId="3" w16cid:durableId="1487941487">
    <w:abstractNumId w:val="5"/>
  </w:num>
  <w:num w:numId="4" w16cid:durableId="787235833">
    <w:abstractNumId w:val="4"/>
  </w:num>
  <w:num w:numId="5" w16cid:durableId="613175063">
    <w:abstractNumId w:val="7"/>
  </w:num>
  <w:num w:numId="6" w16cid:durableId="721945356">
    <w:abstractNumId w:val="3"/>
  </w:num>
  <w:num w:numId="7" w16cid:durableId="1672099460">
    <w:abstractNumId w:val="2"/>
  </w:num>
  <w:num w:numId="8" w16cid:durableId="313334764">
    <w:abstractNumId w:val="1"/>
  </w:num>
  <w:num w:numId="9" w16cid:durableId="1404908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2477"/>
    <w:rsid w:val="0029639D"/>
    <w:rsid w:val="002970F0"/>
    <w:rsid w:val="002E7637"/>
    <w:rsid w:val="00326F90"/>
    <w:rsid w:val="009E4536"/>
    <w:rsid w:val="00AA1D8D"/>
    <w:rsid w:val="00B47730"/>
    <w:rsid w:val="00B852F8"/>
    <w:rsid w:val="00CB0664"/>
    <w:rsid w:val="00D80D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D7A9D1"/>
  <w14:defaultImageDpi w14:val="300"/>
  <w15:docId w15:val="{43975941-B46B-4DC1-A9F3-32F668FF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Website Project Starter Questionnaire</vt:lpstr>
    </vt:vector>
  </TitlesOfParts>
  <Manager/>
  <Company/>
  <LinksUpToDate>false</LinksUpToDate>
  <CharactersWithSpaces>4895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Starter Questionnaire</dc:title>
  <dc:subject>Client discovery and website project intake form</dc:subject>
  <dc:creator>Epangz Digital &amp; Artistry Inc.</dc:creator>
  <cp:keywords>Epangz, website, project, questionnaire, client form</cp:keywords>
  <dc:description>generated by python-docx</dc:description>
  <cp:lastModifiedBy>Jeff s</cp:lastModifiedBy>
  <cp:revision>2</cp:revision>
  <dcterms:created xsi:type="dcterms:W3CDTF">2013-12-23T23:15:00Z</dcterms:created>
  <dcterms:modified xsi:type="dcterms:W3CDTF">2026-09-06T20:55:00Z</dcterms:modified>
  <cp:category/>
</cp:coreProperties>
</file>